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right"/>
      </w:pPr>
      <w:r>
        <w:rPr>
          <w:rFonts w:ascii="Calibri" w:hAnsi="Calibri"/>
          <w:b/>
          <w:color w:val="344B60"/>
          <w:sz w:val="48"/>
        </w:rPr>
        <w:t>[Vorname Nachname]</w:t>
      </w:r>
    </w:p>
    <w:p>
      <w:pPr>
        <w:spacing w:before="0" w:after="280"/>
        <w:jc w:val="right"/>
        <w:pBdr>
          <w:bottom w:val="single" w:sz="5" w:space="10" w:color="CCD2D7"/>
        </w:pBdr>
      </w:pPr>
      <w:r>
        <w:rPr>
          <w:rFonts w:ascii="Calibri" w:hAnsi="Calibri"/>
          <w:b w:val="0"/>
          <w:color w:val="606A72"/>
          <w:sz w:val="18"/>
        </w:rPr>
        <w:t>[Berufsbezeichnung]</w:t>
      </w:r>
    </w:p>
    <w:p>
      <w:pPr>
        <w:spacing w:before="0" w:after="0" w:line="286" w:lineRule="exact"/>
      </w:pPr>
      <w:r>
        <w:rPr>
          <w:rFonts w:ascii="Calibri" w:hAnsi="Calibri"/>
          <w:b w:val="0"/>
          <w:color w:val="252A2E"/>
          <w:sz w:val="21"/>
        </w:rPr>
        <w:t>[Unternehmen]</w:t>
      </w:r>
    </w:p>
    <w:p>
      <w:pPr>
        <w:spacing w:before="0" w:after="0" w:line="286" w:lineRule="exact"/>
      </w:pPr>
      <w:r>
        <w:rPr>
          <w:rFonts w:ascii="Calibri" w:hAnsi="Calibri"/>
          <w:b w:val="0"/>
          <w:color w:val="252A2E"/>
          <w:sz w:val="21"/>
        </w:rPr>
        <w:t>[Frau/Herr Vorname Nachname]</w:t>
      </w:r>
    </w:p>
    <w:p>
      <w:pPr>
        <w:spacing w:before="0" w:after="0" w:line="286" w:lineRule="exact"/>
      </w:pPr>
      <w:r>
        <w:rPr>
          <w:rFonts w:ascii="Calibri" w:hAnsi="Calibri"/>
          <w:b w:val="0"/>
          <w:color w:val="252A2E"/>
          <w:sz w:val="21"/>
        </w:rPr>
        <w:t>[Straße Hausnummer]</w:t>
      </w:r>
    </w:p>
    <w:p>
      <w:pPr>
        <w:spacing w:before="0" w:after="360" w:line="286" w:lineRule="exact"/>
      </w:pPr>
      <w:r>
        <w:rPr>
          <w:rFonts w:ascii="Calibri" w:hAnsi="Calibri"/>
          <w:b w:val="0"/>
          <w:color w:val="252A2E"/>
          <w:sz w:val="21"/>
        </w:rPr>
        <w:t>[PLZ Ort]</w:t>
      </w:r>
    </w:p>
    <w:p>
      <w:pPr>
        <w:tabs>
          <w:tab w:pos="9746" w:val="right"/>
        </w:tabs>
        <w:spacing w:before="0" w:after="320"/>
      </w:pPr>
      <w:r>
        <w:rPr>
          <w:rFonts w:ascii="Calibri" w:hAnsi="Calibri"/>
          <w:b/>
          <w:color w:val="344B60"/>
          <w:sz w:val="20"/>
        </w:rPr>
        <w:t>Anschreiben</w:t>
      </w:r>
      <w:r>
        <w:rPr>
          <w:rFonts w:ascii="Calibri" w:hAnsi="Calibri"/>
          <w:b w:val="0"/>
          <w:color w:val="606A72"/>
          <w:sz w:val="18"/>
        </w:rPr>
        <w:tab/>
        <w:t>[Ort], [Datum]</w:t>
      </w:r>
    </w:p>
    <w:p>
      <w:pPr>
        <w:spacing w:before="0" w:after="400" w:line="460" w:lineRule="exact"/>
        <w:ind w:left="255"/>
        <w:pBdr>
          <w:left w:val="single" w:sz="20" w:space="12" w:color="344B60"/>
        </w:pBdr>
      </w:pPr>
      <w:r>
        <w:rPr>
          <w:rFonts w:ascii="Calibri" w:hAnsi="Calibri"/>
          <w:b/>
          <w:color w:val="344B60"/>
          <w:sz w:val="38"/>
        </w:rPr>
        <w:t>Bewerbung als [Stellentitel] (m/w/d)[, Kennziffer]</w:t>
      </w:r>
    </w:p>
    <w:p>
      <w:pPr>
        <w:spacing w:before="0" w:after="240" w:line="286" w:lineRule="exact"/>
      </w:pPr>
      <w:r>
        <w:rPr>
          <w:rFonts w:ascii="Calibri" w:hAnsi="Calibri"/>
          <w:b w:val="0"/>
          <w:color w:val="252A2E"/>
          <w:sz w:val="21"/>
        </w:rPr>
        <w:t>Sehr geehrte Frau [Nachname], / Sehr geehrter Herr [Nachname], / Sehr geehrte Damen und Herren,</w:t>
      </w:r>
    </w:p>
    <w:p>
      <w:pPr>
        <w:spacing w:before="0" w:after="200" w:line="286" w:lineRule="exact"/>
      </w:pPr>
      <w:r>
        <w:rPr>
          <w:rFonts w:ascii="Calibri" w:hAnsi="Calibri"/>
          <w:b w:val="0"/>
          <w:color w:val="252A2E"/>
          <w:sz w:val="21"/>
        </w:rPr>
        <w:t>seit [Anzahl] Jahren [dein Fachgebiet oder deine Kernaufgabe]. [Was dich an genau diesem Unternehmen oder dieser Aufgabe reizt.] [Bezug zu Ort, Branche oder Produkt.]</w:t>
      </w:r>
    </w:p>
    <w:p>
      <w:pPr>
        <w:spacing w:before="0" w:after="200" w:line="286" w:lineRule="exact"/>
      </w:pPr>
      <w:r>
        <w:rPr>
          <w:rFonts w:ascii="Calibri" w:hAnsi="Calibri"/>
          <w:b w:val="0"/>
          <w:color w:val="252A2E"/>
          <w:sz w:val="21"/>
        </w:rPr>
        <w:t>Sie suchen [Anforderung 1 aus der Anzeige]. Bei [Arbeitgeber] [konkreter Beleg mit Zahl oder Ergebnis].</w:t>
      </w:r>
    </w:p>
    <w:p>
      <w:pPr>
        <w:spacing w:before="0" w:after="200" w:line="286" w:lineRule="exact"/>
      </w:pPr>
      <w:r>
        <w:rPr>
          <w:rFonts w:ascii="Calibri" w:hAnsi="Calibri"/>
          <w:b w:val="0"/>
          <w:color w:val="252A2E"/>
          <w:sz w:val="21"/>
        </w:rPr>
        <w:t>Sie erwarten [Anforderung 2]. [Beleg: Projekt, Aufgabe oder Erfolg.]</w:t>
      </w:r>
    </w:p>
    <w:p>
      <w:pPr>
        <w:spacing w:before="0" w:after="200" w:line="286" w:lineRule="exact"/>
      </w:pPr>
      <w:r>
        <w:rPr>
          <w:rFonts w:ascii="Calibri" w:hAnsi="Calibri"/>
          <w:b w:val="0"/>
          <w:color w:val="252A2E"/>
          <w:sz w:val="21"/>
        </w:rPr>
        <w:t>[Anforderung 3 mit Beleg, Zertifikat oder Werkzeug.] [Eine belegte Stärke und ihr Nutzen für das Unternehmen.]</w:t>
      </w:r>
    </w:p>
    <w:p>
      <w:pPr>
        <w:spacing w:before="0" w:after="200" w:line="286" w:lineRule="exact"/>
      </w:pPr>
      <w:r>
        <w:rPr>
          <w:rFonts w:ascii="Calibri" w:hAnsi="Calibri"/>
          <w:b w:val="0"/>
          <w:color w:val="252A2E"/>
          <w:sz w:val="21"/>
        </w:rPr>
        <w:t>[Nur wenn die Anzeige danach fragt: Meine Gehaltsvorstellung liegt bei [Betrag] Euro brutto im Jahr.] Ich kann am [Datum] beginnen und freue mich auf ein persönliches Gespräch.</w:t>
      </w:r>
    </w:p>
    <w:p>
      <w:pPr>
        <w:spacing w:before="80" w:after="600" w:line="286" w:lineRule="exact"/>
      </w:pPr>
      <w:r>
        <w:rPr>
          <w:rFonts w:ascii="Calibri" w:hAnsi="Calibri"/>
          <w:b w:val="0"/>
          <w:color w:val="252A2E"/>
          <w:sz w:val="21"/>
        </w:rPr>
        <w:t>Mit freundlichen Grüßen</w:t>
      </w:r>
    </w:p>
    <w:p>
      <w:pPr>
        <w:spacing w:before="0" w:after="320" w:line="286" w:lineRule="exact"/>
      </w:pPr>
      <w:r>
        <w:rPr>
          <w:rFonts w:ascii="Calibri" w:hAnsi="Calibri"/>
          <w:b w:val="0"/>
          <w:color w:val="252A2E"/>
          <w:sz w:val="21"/>
        </w:rPr>
        <w:t>[Vorname Nachname]</w:t>
      </w:r>
    </w:p>
    <w:p>
      <w:pPr>
        <w:spacing w:before="0" w:after="0" w:line="286" w:lineRule="exact"/>
      </w:pPr>
      <w:r>
        <w:rPr>
          <w:rFonts w:ascii="Calibri" w:hAnsi="Calibri"/>
          <w:b w:val="0"/>
          <w:color w:val="606A72"/>
          <w:sz w:val="19"/>
        </w:rPr>
        <w:t>Anlagen: Lebenslauf, Zeugnisse</w:t>
      </w:r>
    </w:p>
    <w:p>
      <w:pPr>
        <w:sectPr>
          <w:footerReference w:type="default" r:id="rId9"/>
          <w:pgSz w:w="11906" w:h="16838"/>
          <w:pgMar w:top="964" w:right="1080" w:bottom="1247" w:left="1080" w:header="720" w:footer="510" w:gutter="0"/>
          <w:cols w:space="720"/>
          <w:docGrid w:linePitch="360"/>
        </w:sectPr>
      </w:pPr>
    </w:p>
    <w:p>
      <w:pPr>
        <w:spacing w:before="0" w:after="80" w:line="460" w:lineRule="exact"/>
        <w:ind w:left="255"/>
        <w:pBdr>
          <w:left w:val="single" w:sz="20" w:space="12" w:color="344B60"/>
        </w:pBdr>
      </w:pPr>
      <w:r>
        <w:rPr>
          <w:rFonts w:ascii="Calibri" w:hAnsi="Calibri"/>
          <w:b/>
          <w:color w:val="344B60"/>
          <w:sz w:val="38"/>
        </w:rPr>
        <w:t>So füllst du die Vorlage aus</w:t>
      </w:r>
    </w:p>
    <w:p>
      <w:pPr>
        <w:spacing w:before="0" w:after="320" w:line="286" w:lineRule="exact"/>
      </w:pPr>
      <w:r>
        <w:rPr>
          <w:rFonts w:ascii="Calibri" w:hAnsi="Calibri"/>
          <w:b w:val="0"/>
          <w:color w:val="606A72"/>
          <w:sz w:val="21"/>
        </w:rPr>
        <w:t>Diese Seite vor dem Versand löschen.</w:t>
      </w:r>
    </w:p>
    <w:p>
      <w:pPr>
        <w:tabs>
          <w:tab w:pos="283" w:val="left"/>
        </w:tabs>
        <w:spacing w:before="0" w:after="120" w:line="286" w:lineRule="exact"/>
        <w:ind w:left="283" w:hanging="283"/>
      </w:pPr>
      <w:r>
        <w:rPr>
          <w:rFonts w:ascii="Calibri" w:hAnsi="Calibri"/>
          <w:b w:val="0"/>
          <w:color w:val="252A2E"/>
          <w:sz w:val="21"/>
        </w:rPr>
        <w:t>–</w:t>
        <w:tab/>
        <w:t>Ersetze jede eckige Klammer durch deine Angaben und lösche, was nicht passt.</w:t>
      </w:r>
    </w:p>
    <w:p>
      <w:pPr>
        <w:tabs>
          <w:tab w:pos="283" w:val="left"/>
        </w:tabs>
        <w:spacing w:before="0" w:after="120" w:line="286" w:lineRule="exact"/>
        <w:ind w:left="283" w:hanging="283"/>
      </w:pPr>
      <w:r>
        <w:rPr>
          <w:rFonts w:ascii="Calibri" w:hAnsi="Calibri"/>
          <w:b w:val="0"/>
          <w:color w:val="252A2E"/>
          <w:sz w:val="21"/>
        </w:rPr>
        <w:t>–</w:t>
        <w:tab/>
        <w:t>Die Anforderungen holst du aus der Stellenanzeige, die Belege aus deinem Lebenslauf: Projekt, Ergebnis, Zahl.</w:t>
      </w:r>
    </w:p>
    <w:p>
      <w:pPr>
        <w:tabs>
          <w:tab w:pos="283" w:val="left"/>
        </w:tabs>
        <w:spacing w:before="0" w:after="120" w:line="286" w:lineRule="exact"/>
        <w:ind w:left="283" w:hanging="283"/>
      </w:pPr>
      <w:r>
        <w:rPr>
          <w:rFonts w:ascii="Calibri" w:hAnsi="Calibri"/>
          <w:b w:val="0"/>
          <w:color w:val="252A2E"/>
          <w:sz w:val="21"/>
        </w:rPr>
        <w:t>–</w:t>
        <w:tab/>
        <w:t>Bleib bei einer Seite und höchstens 285 Wörtern. Kurze Sätze, kein Konjunktiv, keine Superlative.</w:t>
      </w:r>
    </w:p>
    <w:p>
      <w:pPr>
        <w:tabs>
          <w:tab w:pos="283" w:val="left"/>
        </w:tabs>
        <w:spacing w:before="0" w:after="120" w:line="286" w:lineRule="exact"/>
        <w:ind w:left="283" w:hanging="283"/>
      </w:pPr>
      <w:r>
        <w:rPr>
          <w:rFonts w:ascii="Calibri" w:hAnsi="Calibri"/>
          <w:b w:val="0"/>
          <w:color w:val="252A2E"/>
          <w:sz w:val="21"/>
        </w:rPr>
        <w:t>–</w:t>
        <w:tab/>
        <w:t>Im Anschreiben siezt du immer, auch wenn die Anzeige duzt. Nach der Anrede geht es klein weiter.</w:t>
      </w:r>
    </w:p>
    <w:p>
      <w:pPr>
        <w:tabs>
          <w:tab w:pos="283" w:val="left"/>
        </w:tabs>
        <w:spacing w:before="0" w:after="120" w:line="286" w:lineRule="exact"/>
        <w:ind w:left="283" w:hanging="283"/>
      </w:pPr>
      <w:r>
        <w:rPr>
          <w:rFonts w:ascii="Calibri" w:hAnsi="Calibri"/>
          <w:b w:val="0"/>
          <w:color w:val="252A2E"/>
          <w:sz w:val="21"/>
        </w:rPr>
        <w:t>–</w:t>
        <w:tab/>
        <w:t>Die Gehaltsvorstellung nennst du nur, wenn die Anzeige danach fragt.</w:t>
      </w:r>
    </w:p>
    <w:p>
      <w:pPr>
        <w:tabs>
          <w:tab w:pos="283" w:val="left"/>
        </w:tabs>
        <w:spacing w:before="0" w:after="120" w:line="286" w:lineRule="exact"/>
        <w:ind w:left="283" w:hanging="283"/>
      </w:pPr>
      <w:r>
        <w:rPr>
          <w:rFonts w:ascii="Calibri" w:hAnsi="Calibri"/>
          <w:b w:val="0"/>
          <w:color w:val="252A2E"/>
          <w:sz w:val="21"/>
        </w:rPr>
        <w:t>–</w:t>
        <w:tab/>
        <w:t>Speichere das fertige Anschreiben als PDF und schick es zusammen mit Lebenslauf und Zeugnissen.</w:t>
      </w:r>
    </w:p>
    <w:p>
      <w:pPr>
        <w:spacing w:before="280" w:after="160" w:line="286" w:lineRule="exact"/>
      </w:pPr>
      <w:r>
        <w:rPr>
          <w:rFonts w:ascii="Calibri" w:hAnsi="Calibri"/>
          <w:b w:val="0"/>
          <w:color w:val="252A2E"/>
          <w:sz w:val="21"/>
        </w:rPr>
        <w:t>Zwei ausgefüllte Beispiele mit Erklärung zu jedem Absatz: mein-jobpilot.de/ratgeber/anschreiben-beispiel/</w:t>
      </w:r>
    </w:p>
    <w:p>
      <w:pPr>
        <w:spacing w:before="0" w:after="0" w:line="286" w:lineRule="exact"/>
      </w:pPr>
      <w:r>
        <w:rPr>
          <w:rFonts w:ascii="Calibri" w:hAnsi="Calibri"/>
          <w:b w:val="0"/>
          <w:color w:val="252A2E"/>
          <w:sz w:val="21"/>
        </w:rPr>
        <w:t>Keine Lust auf Ausfüllen? Mein-JobPilot schreibt dein Anschreiben passend zur Stelle aus deinem Lebenslauf: mein-jobpilot.de</w:t>
      </w:r>
    </w:p>
    <w:sectPr w:rsidR="00FC693F" w:rsidRPr="0006063C" w:rsidSect="00034616">
      <w:footerReference w:type="default" r:id="rId10"/>
      <w:pgSz w:w="11906" w:h="16838"/>
      <w:pgMar w:top="964" w:right="1080" w:bottom="1247" w:left="108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5" w:space="6" w:color="CCD2D7"/>
      </w:pBdr>
    </w:pPr>
    <w:r>
      <w:rPr>
        <w:rFonts w:ascii="Calibri" w:hAnsi="Calibri"/>
        <w:b w:val="0"/>
        <w:color w:val="606A72"/>
        <w:sz w:val="15"/>
      </w:rPr>
      <w:t>[Vorname Nachname] · [Straße Hausnummer], [PLZ Ort] · [E-Mail] · [Telefon]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Anschreiben-Vorlage</dc:title>
  <dc:subject/>
  <dc:creator>mein-jobpilot.de</dc:creator>
  <cp:keywords/>
  <dc:description/>
  <cp:lastModifiedBy>mein-jobpilot.de</cp:lastModifiedBy>
  <cp:revision>1</cp:revision>
  <dcterms:created xsi:type="dcterms:W3CDTF">2013-12-23T23:15:00Z</dcterms:created>
  <dcterms:modified xsi:type="dcterms:W3CDTF">2013-12-23T23:15:00Z</dcterms:modified>
  <cp:category/>
</cp:coreProperties>
</file>